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8A7" w:rsidRDefault="00773030">
      <w:pPr>
        <w:jc w:val="center"/>
      </w:pPr>
      <w:r>
        <w:rPr>
          <w:b/>
          <w:sz w:val="28"/>
        </w:rPr>
        <w:t>GANDLA JAYANTH KUMAR</w:t>
      </w:r>
    </w:p>
    <w:p w:rsidR="003918A7" w:rsidRDefault="00773030">
      <w:pPr>
        <w:jc w:val="center"/>
      </w:pPr>
      <w:r>
        <w:rPr>
          <w:sz w:val="22"/>
        </w:rPr>
        <w:t xml:space="preserve">Python </w:t>
      </w:r>
      <w:r w:rsidR="00FD72E3">
        <w:rPr>
          <w:sz w:val="22"/>
        </w:rPr>
        <w:t xml:space="preserve">Web </w:t>
      </w:r>
      <w:r>
        <w:rPr>
          <w:sz w:val="22"/>
        </w:rPr>
        <w:t>Developer</w:t>
      </w:r>
    </w:p>
    <w:p w:rsidR="003918A7" w:rsidRPr="0006309D" w:rsidRDefault="00773030">
      <w:pPr>
        <w:jc w:val="center"/>
        <w:rPr>
          <w:sz w:val="24"/>
          <w:szCs w:val="24"/>
        </w:rPr>
      </w:pPr>
      <w:r w:rsidRPr="0006309D">
        <w:rPr>
          <w:sz w:val="24"/>
          <w:szCs w:val="24"/>
        </w:rPr>
        <w:t xml:space="preserve">Email: </w:t>
      </w:r>
      <w:r w:rsidR="004111B7">
        <w:rPr>
          <w:sz w:val="24"/>
          <w:szCs w:val="24"/>
        </w:rPr>
        <w:t>jayanthgandlamca</w:t>
      </w:r>
      <w:r w:rsidRPr="0006309D">
        <w:rPr>
          <w:sz w:val="24"/>
          <w:szCs w:val="24"/>
        </w:rPr>
        <w:t xml:space="preserve">@gmail.com | Phone: +91 </w:t>
      </w:r>
      <w:r w:rsidR="00FA25C1">
        <w:rPr>
          <w:sz w:val="24"/>
          <w:szCs w:val="24"/>
        </w:rPr>
        <w:t>9154614501</w:t>
      </w:r>
      <w:r w:rsidRPr="0006309D">
        <w:rPr>
          <w:sz w:val="24"/>
          <w:szCs w:val="24"/>
        </w:rPr>
        <w:t xml:space="preserve"> | Qualification: MCA</w:t>
      </w:r>
    </w:p>
    <w:p w:rsidR="003918A7" w:rsidRPr="0006309D" w:rsidRDefault="00773030">
      <w:pPr>
        <w:jc w:val="center"/>
        <w:rPr>
          <w:sz w:val="24"/>
          <w:szCs w:val="24"/>
        </w:rPr>
      </w:pPr>
      <w:r w:rsidRPr="0006309D">
        <w:rPr>
          <w:b/>
          <w:sz w:val="24"/>
          <w:szCs w:val="24"/>
        </w:rPr>
        <w:t xml:space="preserve">Technical Skills: </w:t>
      </w:r>
      <w:r w:rsidRPr="0006309D">
        <w:rPr>
          <w:sz w:val="24"/>
          <w:szCs w:val="24"/>
        </w:rPr>
        <w:t xml:space="preserve">Python, </w:t>
      </w:r>
      <w:r w:rsidR="003359C9">
        <w:rPr>
          <w:sz w:val="24"/>
          <w:szCs w:val="24"/>
        </w:rPr>
        <w:t>Django, DRF</w:t>
      </w:r>
      <w:r w:rsidR="00DE38CD">
        <w:rPr>
          <w:sz w:val="24"/>
          <w:szCs w:val="24"/>
        </w:rPr>
        <w:t xml:space="preserve">, </w:t>
      </w:r>
      <w:proofErr w:type="spellStart"/>
      <w:r w:rsidR="00DE38CD">
        <w:rPr>
          <w:sz w:val="24"/>
          <w:szCs w:val="24"/>
        </w:rPr>
        <w:t>ReactJs</w:t>
      </w:r>
      <w:proofErr w:type="spellEnd"/>
      <w:r w:rsidR="00DE38CD">
        <w:rPr>
          <w:sz w:val="24"/>
          <w:szCs w:val="24"/>
        </w:rPr>
        <w:t xml:space="preserve"> (Basics),</w:t>
      </w:r>
      <w:r w:rsidR="007D071A">
        <w:rPr>
          <w:sz w:val="24"/>
          <w:szCs w:val="24"/>
        </w:rPr>
        <w:t xml:space="preserve"> </w:t>
      </w:r>
      <w:r w:rsidR="007D071A" w:rsidRPr="005A0974">
        <w:rPr>
          <w:szCs w:val="20"/>
        </w:rPr>
        <w:t>MySQL</w:t>
      </w:r>
      <w:r w:rsidR="007D071A">
        <w:rPr>
          <w:szCs w:val="20"/>
        </w:rPr>
        <w:t>,</w:t>
      </w:r>
      <w:r w:rsidR="00DE38CD">
        <w:rPr>
          <w:sz w:val="24"/>
          <w:szCs w:val="24"/>
        </w:rPr>
        <w:t xml:space="preserve"> </w:t>
      </w:r>
      <w:r w:rsidR="00D46860">
        <w:rPr>
          <w:sz w:val="24"/>
          <w:szCs w:val="24"/>
        </w:rPr>
        <w:t>PostgreSQL</w:t>
      </w:r>
      <w:r w:rsidRPr="0006309D">
        <w:rPr>
          <w:sz w:val="24"/>
          <w:szCs w:val="24"/>
        </w:rPr>
        <w:t xml:space="preserve">, JWT, RESTful APIs, </w:t>
      </w:r>
      <w:proofErr w:type="spellStart"/>
      <w:r w:rsidRPr="0006309D">
        <w:rPr>
          <w:sz w:val="24"/>
          <w:szCs w:val="24"/>
        </w:rPr>
        <w:t>Git</w:t>
      </w:r>
      <w:proofErr w:type="spellEnd"/>
      <w:r w:rsidRPr="0006309D">
        <w:rPr>
          <w:sz w:val="24"/>
          <w:szCs w:val="24"/>
        </w:rPr>
        <w:t>, GitHub</w:t>
      </w:r>
    </w:p>
    <w:p w:rsidR="003918A7" w:rsidRDefault="00773030">
      <w:r>
        <w:rPr>
          <w:b/>
          <w:sz w:val="22"/>
        </w:rPr>
        <w:t>PROFESSIONAL SUMMARY</w:t>
      </w:r>
    </w:p>
    <w:p w:rsidR="003918A7" w:rsidRPr="005A0974" w:rsidRDefault="00773030">
      <w:pPr>
        <w:rPr>
          <w:szCs w:val="20"/>
        </w:rPr>
      </w:pPr>
      <w:r w:rsidRPr="005A0974">
        <w:rPr>
          <w:szCs w:val="20"/>
        </w:rPr>
        <w:t>Python Developer with 2</w:t>
      </w:r>
      <w:r w:rsidR="003D050C">
        <w:rPr>
          <w:szCs w:val="20"/>
        </w:rPr>
        <w:t>+</w:t>
      </w:r>
      <w:r w:rsidRPr="005A0974">
        <w:rPr>
          <w:szCs w:val="20"/>
        </w:rPr>
        <w:t xml:space="preserve"> years of experience in backend web application development, specializing in scalable APIs and </w:t>
      </w:r>
      <w:r w:rsidR="007D071A">
        <w:rPr>
          <w:szCs w:val="20"/>
        </w:rPr>
        <w:t>M</w:t>
      </w:r>
      <w:r w:rsidR="007D071A" w:rsidRPr="005A0974">
        <w:rPr>
          <w:szCs w:val="20"/>
        </w:rPr>
        <w:t>icro services</w:t>
      </w:r>
      <w:r w:rsidRPr="005A0974">
        <w:rPr>
          <w:szCs w:val="20"/>
        </w:rPr>
        <w:t xml:space="preserve"> architecture. Expertise in Django, React.js, </w:t>
      </w:r>
      <w:r w:rsidR="007D071A">
        <w:rPr>
          <w:szCs w:val="20"/>
        </w:rPr>
        <w:t>Web Socket</w:t>
      </w:r>
      <w:r w:rsidRPr="005A0974">
        <w:rPr>
          <w:szCs w:val="20"/>
        </w:rPr>
        <w:t>, and real-time communication systems. Proven track record of improving API performance by 25-30%, reducing bugs by 40%, and enhancing developer productivity by 35%.</w:t>
      </w:r>
      <w:bookmarkStart w:id="0" w:name="_GoBack"/>
    </w:p>
    <w:bookmarkEnd w:id="0"/>
    <w:p w:rsidR="003918A7" w:rsidRDefault="00773030">
      <w:r>
        <w:rPr>
          <w:b/>
          <w:sz w:val="22"/>
        </w:rPr>
        <w:t>TECHNICAL SKILLS</w:t>
      </w:r>
    </w:p>
    <w:p w:rsidR="002736DF" w:rsidRDefault="00773030">
      <w:pPr>
        <w:rPr>
          <w:szCs w:val="20"/>
        </w:rPr>
      </w:pPr>
      <w:r w:rsidRPr="002736DF">
        <w:rPr>
          <w:b/>
          <w:szCs w:val="20"/>
        </w:rPr>
        <w:t>Languages:</w:t>
      </w:r>
      <w:r w:rsidRPr="005A0974">
        <w:rPr>
          <w:szCs w:val="20"/>
        </w:rPr>
        <w:t xml:space="preserve"> Python, JavaScript, MySQL,</w:t>
      </w:r>
      <w:r w:rsidR="00185353">
        <w:rPr>
          <w:szCs w:val="20"/>
        </w:rPr>
        <w:t xml:space="preserve"> SQL | Frameworks: Django, DRF</w:t>
      </w:r>
      <w:r w:rsidRPr="005A0974">
        <w:rPr>
          <w:szCs w:val="20"/>
        </w:rPr>
        <w:t xml:space="preserve">, React.js | Databases: MongoDB, MySQL, </w:t>
      </w:r>
      <w:r w:rsidR="009B52DE">
        <w:rPr>
          <w:szCs w:val="20"/>
        </w:rPr>
        <w:t>PostgreSQL, SQLite</w:t>
      </w:r>
    </w:p>
    <w:p w:rsidR="002736DF" w:rsidRDefault="00773030">
      <w:pPr>
        <w:rPr>
          <w:szCs w:val="20"/>
        </w:rPr>
      </w:pPr>
      <w:r w:rsidRPr="002736DF">
        <w:rPr>
          <w:b/>
          <w:szCs w:val="20"/>
        </w:rPr>
        <w:t>Tools:</w:t>
      </w:r>
      <w:r w:rsidRPr="005A0974">
        <w:rPr>
          <w:szCs w:val="20"/>
        </w:rPr>
        <w:t xml:space="preserve"> </w:t>
      </w:r>
      <w:proofErr w:type="spellStart"/>
      <w:r w:rsidRPr="005A0974">
        <w:rPr>
          <w:szCs w:val="20"/>
        </w:rPr>
        <w:t>Git</w:t>
      </w:r>
      <w:proofErr w:type="spellEnd"/>
      <w:r w:rsidRPr="005A0974">
        <w:rPr>
          <w:szCs w:val="20"/>
        </w:rPr>
        <w:t>, GitHub, Docker, Postman, VS Code | APIs: RESTful APIs, J</w:t>
      </w:r>
      <w:r w:rsidR="007D071A">
        <w:rPr>
          <w:szCs w:val="20"/>
        </w:rPr>
        <w:t>WT, OAuth2 and Web Socket</w:t>
      </w:r>
    </w:p>
    <w:p w:rsidR="003918A7" w:rsidRPr="005A0974" w:rsidRDefault="00773030">
      <w:pPr>
        <w:rPr>
          <w:szCs w:val="20"/>
        </w:rPr>
      </w:pPr>
      <w:r w:rsidRPr="002736DF">
        <w:rPr>
          <w:b/>
          <w:szCs w:val="20"/>
        </w:rPr>
        <w:t>Testing:</w:t>
      </w:r>
      <w:r w:rsidR="007D071A">
        <w:rPr>
          <w:szCs w:val="20"/>
        </w:rPr>
        <w:t xml:space="preserve"> PyTest </w:t>
      </w:r>
      <w:r w:rsidRPr="005A0974">
        <w:rPr>
          <w:szCs w:val="20"/>
        </w:rPr>
        <w:t xml:space="preserve">| Others: ORM, Celery, </w:t>
      </w:r>
      <w:proofErr w:type="spellStart"/>
      <w:r w:rsidRPr="005A0974">
        <w:rPr>
          <w:szCs w:val="20"/>
        </w:rPr>
        <w:t>Redis</w:t>
      </w:r>
      <w:proofErr w:type="spellEnd"/>
      <w:r w:rsidRPr="005A0974">
        <w:rPr>
          <w:szCs w:val="20"/>
        </w:rPr>
        <w:t xml:space="preserve">, Swagger/OpenAPI, </w:t>
      </w:r>
      <w:r w:rsidR="007D071A" w:rsidRPr="005A0974">
        <w:rPr>
          <w:szCs w:val="20"/>
        </w:rPr>
        <w:t>Micro services</w:t>
      </w:r>
    </w:p>
    <w:p w:rsidR="003918A7" w:rsidRDefault="00773030">
      <w:r>
        <w:rPr>
          <w:b/>
          <w:sz w:val="22"/>
        </w:rPr>
        <w:t>PROFESSIONAL EXPERIENCE</w:t>
      </w:r>
    </w:p>
    <w:p w:rsidR="003918A7" w:rsidRDefault="00773030">
      <w:r>
        <w:rPr>
          <w:b/>
        </w:rPr>
        <w:t xml:space="preserve">PYTHON </w:t>
      </w:r>
      <w:r w:rsidR="00FD72E3">
        <w:rPr>
          <w:b/>
        </w:rPr>
        <w:t xml:space="preserve">WEB </w:t>
      </w:r>
      <w:r>
        <w:rPr>
          <w:b/>
        </w:rPr>
        <w:t xml:space="preserve">DEVELOPER | </w:t>
      </w:r>
      <w:r w:rsidR="007D071A">
        <w:rPr>
          <w:b/>
        </w:rPr>
        <w:t>WorthyProgress</w:t>
      </w:r>
      <w:r>
        <w:rPr>
          <w:b/>
        </w:rPr>
        <w:t xml:space="preserve"> Software Development Private Limited, Bangalore | September 2023 – Present</w:t>
      </w:r>
    </w:p>
    <w:p w:rsidR="003918A7" w:rsidRDefault="00773030">
      <w:r>
        <w:rPr>
          <w:b/>
          <w:sz w:val="22"/>
        </w:rPr>
        <w:t>PROJECTS</w:t>
      </w:r>
      <w:r w:rsidR="00D30E5A">
        <w:rPr>
          <w:b/>
          <w:sz w:val="22"/>
        </w:rPr>
        <w:t>:</w:t>
      </w:r>
    </w:p>
    <w:p w:rsidR="003918A7" w:rsidRDefault="00773030">
      <w:r>
        <w:rPr>
          <w:b/>
        </w:rPr>
        <w:t xml:space="preserve">VAANI PORTAL 1.0 – Enterprise </w:t>
      </w:r>
      <w:r w:rsidR="00B14F86">
        <w:rPr>
          <w:b/>
        </w:rPr>
        <w:t>Communication Platform (Sep 2025</w:t>
      </w:r>
      <w:r>
        <w:rPr>
          <w:b/>
        </w:rPr>
        <w:t xml:space="preserve"> – Present)</w:t>
      </w:r>
    </w:p>
    <w:p w:rsidR="003918A7" w:rsidRPr="005A0974" w:rsidRDefault="00773030">
      <w:pPr>
        <w:rPr>
          <w:szCs w:val="20"/>
        </w:rPr>
      </w:pPr>
      <w:proofErr w:type="spellStart"/>
      <w:r w:rsidRPr="005A0974">
        <w:rPr>
          <w:i/>
          <w:szCs w:val="20"/>
        </w:rPr>
        <w:t>Microservices</w:t>
      </w:r>
      <w:proofErr w:type="spellEnd"/>
      <w:r w:rsidRPr="005A0974">
        <w:rPr>
          <w:i/>
          <w:szCs w:val="20"/>
        </w:rPr>
        <w:t>-based communication platform with real-time video conferencing, messaging, and meeti</w:t>
      </w:r>
      <w:r w:rsidR="00306CE1">
        <w:rPr>
          <w:i/>
          <w:szCs w:val="20"/>
        </w:rPr>
        <w:t>ng scheduling using Django/DRF</w:t>
      </w:r>
      <w:r w:rsidRPr="005A0974">
        <w:rPr>
          <w:i/>
          <w:szCs w:val="20"/>
        </w:rPr>
        <w:t xml:space="preserve">, React.js, and </w:t>
      </w:r>
      <w:proofErr w:type="spellStart"/>
      <w:r w:rsidR="007D071A">
        <w:rPr>
          <w:szCs w:val="20"/>
        </w:rPr>
        <w:t>WebSocket</w:t>
      </w:r>
      <w:proofErr w:type="spellEnd"/>
      <w:r w:rsidRPr="005A0974">
        <w:rPr>
          <w:i/>
          <w:szCs w:val="20"/>
        </w:rPr>
        <w:t>.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 xml:space="preserve">Developed </w:t>
      </w:r>
      <w:proofErr w:type="spellStart"/>
      <w:r w:rsidRPr="005A0974">
        <w:rPr>
          <w:sz w:val="20"/>
          <w:szCs w:val="20"/>
        </w:rPr>
        <w:t>microservice</w:t>
      </w:r>
      <w:r w:rsidR="007D071A">
        <w:rPr>
          <w:sz w:val="20"/>
          <w:szCs w:val="20"/>
        </w:rPr>
        <w:t>s</w:t>
      </w:r>
      <w:proofErr w:type="spellEnd"/>
      <w:r w:rsidR="007D071A">
        <w:rPr>
          <w:sz w:val="20"/>
          <w:szCs w:val="20"/>
        </w:rPr>
        <w:t xml:space="preserve"> architecture using DRF</w:t>
      </w:r>
      <w:r w:rsidRPr="005A0974">
        <w:rPr>
          <w:sz w:val="20"/>
          <w:szCs w:val="20"/>
        </w:rPr>
        <w:t>, improving scalability by 40% and API response time by 30%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 xml:space="preserve">Engineered </w:t>
      </w:r>
      <w:proofErr w:type="spellStart"/>
      <w:r w:rsidR="007D071A">
        <w:rPr>
          <w:szCs w:val="20"/>
        </w:rPr>
        <w:t>WebSocket</w:t>
      </w:r>
      <w:proofErr w:type="spellEnd"/>
      <w:r w:rsidR="007D071A" w:rsidRPr="005A0974">
        <w:rPr>
          <w:sz w:val="20"/>
          <w:szCs w:val="20"/>
        </w:rPr>
        <w:t xml:space="preserve"> </w:t>
      </w:r>
      <w:r w:rsidRPr="005A0974">
        <w:rPr>
          <w:sz w:val="20"/>
          <w:szCs w:val="20"/>
        </w:rPr>
        <w:t>video conferencing with peer-to-peer connections, screen sharing, and multi-participant support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Built RESTful APIs for sessions, messaging, file sharing, and authentication with JWT-based security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Implemented SMTP email invitation system with calendar integration for automated meeting invites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 xml:space="preserve">Created real-time chat with </w:t>
      </w:r>
      <w:proofErr w:type="spellStart"/>
      <w:r w:rsidRPr="005A0974">
        <w:rPr>
          <w:sz w:val="20"/>
          <w:szCs w:val="20"/>
        </w:rPr>
        <w:t>WebSocket</w:t>
      </w:r>
      <w:proofErr w:type="spellEnd"/>
      <w:r w:rsidRPr="005A0974">
        <w:rPr>
          <w:sz w:val="20"/>
          <w:szCs w:val="20"/>
        </w:rPr>
        <w:t>, supporting one-to-one/group messaging with file attachments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Developed responsive React.js frontend with Hooks, Context API, and role-based access control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Optimized PostgreSQL queries with indexing, improving data retrieval speed by 25%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Integrated Swagger/OpenAPI documentation, reducing API integration time by 35%</w:t>
      </w:r>
    </w:p>
    <w:p w:rsidR="003918A7" w:rsidRDefault="00773030">
      <w:pPr>
        <w:rPr>
          <w:szCs w:val="20"/>
        </w:rPr>
      </w:pPr>
      <w:r w:rsidRPr="005A0974">
        <w:rPr>
          <w:b/>
          <w:szCs w:val="20"/>
        </w:rPr>
        <w:t xml:space="preserve">Technologies: </w:t>
      </w:r>
      <w:r w:rsidRPr="005A0974">
        <w:rPr>
          <w:szCs w:val="20"/>
        </w:rPr>
        <w:t xml:space="preserve">Python, </w:t>
      </w:r>
      <w:r w:rsidR="007D071A">
        <w:rPr>
          <w:szCs w:val="20"/>
        </w:rPr>
        <w:t>Django, DRF, React.js</w:t>
      </w:r>
      <w:r w:rsidRPr="005A0974">
        <w:rPr>
          <w:szCs w:val="20"/>
        </w:rPr>
        <w:t>,</w:t>
      </w:r>
      <w:r w:rsidR="006A79A1">
        <w:rPr>
          <w:szCs w:val="20"/>
        </w:rPr>
        <w:t xml:space="preserve"> </w:t>
      </w:r>
      <w:r w:rsidR="007D071A">
        <w:rPr>
          <w:szCs w:val="20"/>
        </w:rPr>
        <w:t>Web Socket</w:t>
      </w:r>
      <w:r w:rsidR="006A79A1">
        <w:rPr>
          <w:szCs w:val="20"/>
        </w:rPr>
        <w:t xml:space="preserve">, PostgreSQL, MySQL, </w:t>
      </w:r>
      <w:proofErr w:type="spellStart"/>
      <w:r w:rsidRPr="005A0974">
        <w:rPr>
          <w:szCs w:val="20"/>
        </w:rPr>
        <w:t>Redis</w:t>
      </w:r>
      <w:proofErr w:type="spellEnd"/>
      <w:r w:rsidRPr="005A0974">
        <w:rPr>
          <w:szCs w:val="20"/>
        </w:rPr>
        <w:t xml:space="preserve">, Docker, JWT, SMTP, RESTful APIs, </w:t>
      </w:r>
      <w:proofErr w:type="spellStart"/>
      <w:r w:rsidRPr="005A0974">
        <w:rPr>
          <w:szCs w:val="20"/>
        </w:rPr>
        <w:t>Git</w:t>
      </w:r>
      <w:proofErr w:type="spellEnd"/>
    </w:p>
    <w:p w:rsidR="00E33ADF" w:rsidRPr="005A0974" w:rsidRDefault="00E33ADF">
      <w:pPr>
        <w:rPr>
          <w:szCs w:val="20"/>
        </w:rPr>
      </w:pPr>
    </w:p>
    <w:p w:rsidR="003918A7" w:rsidRDefault="00773030">
      <w:r>
        <w:rPr>
          <w:b/>
        </w:rPr>
        <w:t xml:space="preserve">OPTIORX – Healthcare Platform, USA (Jan 2025 – </w:t>
      </w:r>
      <w:r w:rsidR="00B439CB">
        <w:rPr>
          <w:b/>
        </w:rPr>
        <w:t>Sep 2025</w:t>
      </w:r>
      <w:r>
        <w:rPr>
          <w:b/>
        </w:rPr>
        <w:t>)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 xml:space="preserve">Enhanced </w:t>
      </w:r>
      <w:proofErr w:type="spellStart"/>
      <w:r w:rsidR="007D071A">
        <w:rPr>
          <w:sz w:val="20"/>
          <w:szCs w:val="20"/>
        </w:rPr>
        <w:t>DJango</w:t>
      </w:r>
      <w:proofErr w:type="spellEnd"/>
      <w:r w:rsidRPr="005A0974">
        <w:rPr>
          <w:sz w:val="20"/>
          <w:szCs w:val="20"/>
        </w:rPr>
        <w:t xml:space="preserve"> backend services, improving API response time by 25%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Resolved React.js UI issues, reducing user-reported errors by 30%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Implemented role-based authentication for Admin, Prescriber, and Patient modules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Optimized MySQL/MongoDB queries, improving data retrieval speed by 20%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Improved Swagger documentation, reducing developer onboarding time by 15%</w:t>
      </w:r>
    </w:p>
    <w:p w:rsidR="003918A7" w:rsidRDefault="00773030">
      <w:pPr>
        <w:rPr>
          <w:szCs w:val="20"/>
        </w:rPr>
      </w:pPr>
      <w:r w:rsidRPr="005A0974">
        <w:rPr>
          <w:b/>
          <w:szCs w:val="20"/>
        </w:rPr>
        <w:t xml:space="preserve">Technologies: </w:t>
      </w:r>
      <w:r w:rsidR="007D071A">
        <w:rPr>
          <w:szCs w:val="20"/>
        </w:rPr>
        <w:t>Django</w:t>
      </w:r>
      <w:r w:rsidR="003D050C">
        <w:rPr>
          <w:szCs w:val="20"/>
        </w:rPr>
        <w:t>, React.js, MySQL</w:t>
      </w:r>
      <w:r w:rsidRPr="005A0974">
        <w:rPr>
          <w:szCs w:val="20"/>
        </w:rPr>
        <w:t xml:space="preserve">, JWT, RESTful APIs, Swagger/OpenAPI, </w:t>
      </w:r>
      <w:proofErr w:type="spellStart"/>
      <w:r w:rsidRPr="005A0974">
        <w:rPr>
          <w:szCs w:val="20"/>
        </w:rPr>
        <w:t>Git</w:t>
      </w:r>
      <w:proofErr w:type="spellEnd"/>
    </w:p>
    <w:p w:rsidR="00391BA5" w:rsidRPr="005A0974" w:rsidRDefault="00391BA5">
      <w:pPr>
        <w:rPr>
          <w:szCs w:val="20"/>
        </w:rPr>
      </w:pPr>
    </w:p>
    <w:p w:rsidR="003918A7" w:rsidRDefault="00773030">
      <w:r>
        <w:rPr>
          <w:b/>
        </w:rPr>
        <w:t>WORTHYPROGRESS PRODUCT DEVELOPMENT – Web Application (Sep 2023 – Aug 2024)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Developed RESTful APIs using DRF/ for complete web application with role-based authentication (SMEs, Students, Employers)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Built secure user onboarding flow with React.js, integrating Razor Pay payment gateway for membership plans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Created interactive dashboards with modular components, role-specific views, and protected routing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Implemented form validation using React Hook Form with dynamic field rendering for profession-based inputs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>Designed reusable React components (</w:t>
      </w:r>
      <w:proofErr w:type="spellStart"/>
      <w:r w:rsidRPr="005A0974">
        <w:rPr>
          <w:sz w:val="20"/>
          <w:szCs w:val="20"/>
        </w:rPr>
        <w:t>MembershipCard</w:t>
      </w:r>
      <w:proofErr w:type="spellEnd"/>
      <w:r w:rsidRPr="005A0974">
        <w:rPr>
          <w:sz w:val="20"/>
          <w:szCs w:val="20"/>
        </w:rPr>
        <w:t xml:space="preserve">, </w:t>
      </w:r>
      <w:proofErr w:type="spellStart"/>
      <w:r w:rsidRPr="005A0974">
        <w:rPr>
          <w:sz w:val="20"/>
          <w:szCs w:val="20"/>
        </w:rPr>
        <w:t>UserForm</w:t>
      </w:r>
      <w:proofErr w:type="spellEnd"/>
      <w:r w:rsidRPr="005A0974">
        <w:rPr>
          <w:sz w:val="20"/>
          <w:szCs w:val="20"/>
        </w:rPr>
        <w:t xml:space="preserve">, </w:t>
      </w:r>
      <w:proofErr w:type="spellStart"/>
      <w:r w:rsidRPr="005A0974">
        <w:rPr>
          <w:sz w:val="20"/>
          <w:szCs w:val="20"/>
        </w:rPr>
        <w:t>DashboardNav</w:t>
      </w:r>
      <w:proofErr w:type="spellEnd"/>
      <w:r w:rsidRPr="005A0974">
        <w:rPr>
          <w:sz w:val="20"/>
          <w:szCs w:val="20"/>
        </w:rPr>
        <w:t>) for streamlined development</w:t>
      </w:r>
    </w:p>
    <w:p w:rsidR="003918A7" w:rsidRPr="005A0974" w:rsidRDefault="00773030">
      <w:pPr>
        <w:pStyle w:val="ListBullet"/>
        <w:spacing w:after="60"/>
        <w:rPr>
          <w:sz w:val="20"/>
          <w:szCs w:val="20"/>
        </w:rPr>
      </w:pPr>
      <w:r w:rsidRPr="005A0974">
        <w:rPr>
          <w:sz w:val="20"/>
          <w:szCs w:val="20"/>
        </w:rPr>
        <w:t xml:space="preserve">Optimized performance with code-splitting, lazy loading, and </w:t>
      </w:r>
      <w:proofErr w:type="spellStart"/>
      <w:r w:rsidRPr="005A0974">
        <w:rPr>
          <w:sz w:val="20"/>
          <w:szCs w:val="20"/>
        </w:rPr>
        <w:t>React.lazy</w:t>
      </w:r>
      <w:proofErr w:type="spellEnd"/>
      <w:r w:rsidRPr="005A0974">
        <w:rPr>
          <w:sz w:val="20"/>
          <w:szCs w:val="20"/>
        </w:rPr>
        <w:t xml:space="preserve"> for role-based routes</w:t>
      </w:r>
    </w:p>
    <w:p w:rsidR="003918A7" w:rsidRPr="005A0974" w:rsidRDefault="00773030">
      <w:pPr>
        <w:rPr>
          <w:szCs w:val="20"/>
        </w:rPr>
      </w:pPr>
      <w:r w:rsidRPr="005A0974">
        <w:rPr>
          <w:b/>
          <w:szCs w:val="20"/>
        </w:rPr>
        <w:t xml:space="preserve">Technologies: </w:t>
      </w:r>
      <w:r w:rsidR="003D050C">
        <w:rPr>
          <w:szCs w:val="20"/>
        </w:rPr>
        <w:t>Django, DRF</w:t>
      </w:r>
      <w:r w:rsidRPr="005A0974">
        <w:rPr>
          <w:szCs w:val="20"/>
        </w:rPr>
        <w:t>, React.js, React Router, React Hooks, Context API, Rea</w:t>
      </w:r>
      <w:r w:rsidR="00CB730A">
        <w:rPr>
          <w:szCs w:val="20"/>
        </w:rPr>
        <w:t xml:space="preserve">ct Hook Form, Razor Pay, MySQL, </w:t>
      </w:r>
      <w:r w:rsidRPr="005A0974">
        <w:rPr>
          <w:szCs w:val="20"/>
        </w:rPr>
        <w:t xml:space="preserve">RESTful APIs, JWT, </w:t>
      </w:r>
      <w:proofErr w:type="spellStart"/>
      <w:r w:rsidRPr="005A0974">
        <w:rPr>
          <w:szCs w:val="20"/>
        </w:rPr>
        <w:t>Git</w:t>
      </w:r>
      <w:proofErr w:type="spellEnd"/>
    </w:p>
    <w:p w:rsidR="003918A7" w:rsidRDefault="00773030">
      <w:r>
        <w:rPr>
          <w:b/>
          <w:sz w:val="22"/>
        </w:rPr>
        <w:t>EDUCATION</w:t>
      </w:r>
    </w:p>
    <w:p w:rsidR="003918A7" w:rsidRPr="005A0974" w:rsidRDefault="00773030">
      <w:pPr>
        <w:rPr>
          <w:szCs w:val="20"/>
        </w:rPr>
      </w:pPr>
      <w:r w:rsidRPr="005A0974">
        <w:rPr>
          <w:szCs w:val="20"/>
        </w:rPr>
        <w:t>Master of Computer Applications (MCA)</w:t>
      </w:r>
      <w:r w:rsidR="006C43B2">
        <w:rPr>
          <w:szCs w:val="20"/>
        </w:rPr>
        <w:t xml:space="preserve"> – (2019 – 2022</w:t>
      </w:r>
      <w:r w:rsidR="005A0974">
        <w:rPr>
          <w:szCs w:val="20"/>
        </w:rPr>
        <w:t>)</w:t>
      </w:r>
    </w:p>
    <w:p w:rsidR="003918A7" w:rsidRDefault="00773030">
      <w:r>
        <w:rPr>
          <w:b/>
          <w:sz w:val="22"/>
        </w:rPr>
        <w:t>KEY ACHIEVEMENTS</w:t>
      </w:r>
    </w:p>
    <w:p w:rsidR="003918A7" w:rsidRPr="003D4929" w:rsidRDefault="00773030">
      <w:pPr>
        <w:pStyle w:val="ListBullet"/>
        <w:spacing w:after="60"/>
        <w:rPr>
          <w:sz w:val="20"/>
          <w:szCs w:val="20"/>
        </w:rPr>
      </w:pPr>
      <w:r w:rsidRPr="003D4929">
        <w:rPr>
          <w:sz w:val="20"/>
          <w:szCs w:val="20"/>
        </w:rPr>
        <w:t>Improved API performance by 25-30% across projects through optimization</w:t>
      </w:r>
    </w:p>
    <w:p w:rsidR="003918A7" w:rsidRPr="003D4929" w:rsidRDefault="00773030">
      <w:pPr>
        <w:pStyle w:val="ListBullet"/>
        <w:spacing w:after="60"/>
        <w:rPr>
          <w:sz w:val="20"/>
          <w:szCs w:val="20"/>
        </w:rPr>
      </w:pPr>
      <w:r w:rsidRPr="003D4929">
        <w:rPr>
          <w:sz w:val="20"/>
          <w:szCs w:val="20"/>
        </w:rPr>
        <w:t>Reduced bug resolution time by 40% through improved debugging practices</w:t>
      </w:r>
    </w:p>
    <w:p w:rsidR="003918A7" w:rsidRPr="003D4929" w:rsidRDefault="00773030">
      <w:pPr>
        <w:pStyle w:val="ListBullet"/>
        <w:spacing w:after="60"/>
        <w:rPr>
          <w:sz w:val="20"/>
          <w:szCs w:val="20"/>
        </w:rPr>
      </w:pPr>
      <w:r w:rsidRPr="003D4929">
        <w:rPr>
          <w:sz w:val="20"/>
          <w:szCs w:val="20"/>
        </w:rPr>
        <w:t>Enhanced developer productivity by 35% through comprehensive API documentation</w:t>
      </w:r>
    </w:p>
    <w:sectPr w:rsidR="003918A7" w:rsidRPr="003D4929" w:rsidSect="0003461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54EB"/>
    <w:rsid w:val="0006063C"/>
    <w:rsid w:val="0006309D"/>
    <w:rsid w:val="000C3E12"/>
    <w:rsid w:val="0015074B"/>
    <w:rsid w:val="00157734"/>
    <w:rsid w:val="00185353"/>
    <w:rsid w:val="001E0E75"/>
    <w:rsid w:val="002736DF"/>
    <w:rsid w:val="0029639D"/>
    <w:rsid w:val="00306CE1"/>
    <w:rsid w:val="00326F90"/>
    <w:rsid w:val="003359C9"/>
    <w:rsid w:val="003671E6"/>
    <w:rsid w:val="003918A7"/>
    <w:rsid w:val="00391BA5"/>
    <w:rsid w:val="003D050C"/>
    <w:rsid w:val="003D223B"/>
    <w:rsid w:val="003D4929"/>
    <w:rsid w:val="004111B7"/>
    <w:rsid w:val="005A0974"/>
    <w:rsid w:val="006A79A1"/>
    <w:rsid w:val="006C43B2"/>
    <w:rsid w:val="007047B5"/>
    <w:rsid w:val="00773030"/>
    <w:rsid w:val="007D071A"/>
    <w:rsid w:val="008318A6"/>
    <w:rsid w:val="00893251"/>
    <w:rsid w:val="009B52DE"/>
    <w:rsid w:val="009C771A"/>
    <w:rsid w:val="00AA1D8D"/>
    <w:rsid w:val="00B14F86"/>
    <w:rsid w:val="00B439CB"/>
    <w:rsid w:val="00B47730"/>
    <w:rsid w:val="00CB0664"/>
    <w:rsid w:val="00CB730A"/>
    <w:rsid w:val="00D30E5A"/>
    <w:rsid w:val="00D46860"/>
    <w:rsid w:val="00DE38CD"/>
    <w:rsid w:val="00E33ADF"/>
    <w:rsid w:val="00F72ED2"/>
    <w:rsid w:val="00F8322C"/>
    <w:rsid w:val="00FA25C1"/>
    <w:rsid w:val="00FC693F"/>
    <w:rsid w:val="00FD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2B5C60"/>
  <w14:defaultImageDpi w14:val="300"/>
  <w15:docId w15:val="{CD9A6CEC-49B5-438F-B334-F2AB50C0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libri" w:hAnsi="Calibr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sz w:val="18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7D24E7C-6366-4A51-85FD-5BE9CA83A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Dell</cp:lastModifiedBy>
  <cp:revision>9</cp:revision>
  <dcterms:created xsi:type="dcterms:W3CDTF">2025-12-02T14:25:00Z</dcterms:created>
  <dcterms:modified xsi:type="dcterms:W3CDTF">2026-04-16T10:25:00Z</dcterms:modified>
  <cp:category/>
</cp:coreProperties>
</file>